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한결 사용설명서</w:t>
      </w:r>
    </w:p>
    <w:p>
      <w:r>
        <w:t>학교 업무 자동화 앱 · 2.0 미리보기 · 2026-10-16</w:t>
      </w:r>
    </w:p>
    <w:p>
      <w:pPr>
        <w:pStyle w:val="Heading1"/>
      </w:pPr>
      <w:r>
        <w:t>목차</w:t>
      </w:r>
    </w:p>
    <w:p>
      <w:r>
        <w:t>1. 한결은 어떤 앱인가요</w:t>
      </w:r>
    </w:p>
    <w:p>
      <w:r>
        <w:t>2. 설치하기</w:t>
      </w:r>
    </w:p>
    <w:p>
      <w:r>
        <w:t>3. 처음 켜기: 학교 설정</w:t>
      </w:r>
    </w:p>
    <w:p>
      <w:r>
        <w:t>4. 내 업무 담기</w:t>
      </w:r>
    </w:p>
    <w:p>
      <w:r>
        <w:t>5. 오늘 화면</w:t>
      </w:r>
    </w:p>
    <w:p>
      <w:r>
        <w:t>6. 업무분장 둘러보기</w:t>
      </w:r>
    </w:p>
    <w:p>
      <w:r>
        <w:t>7. 업무 상세와 완료 도장</w:t>
      </w:r>
    </w:p>
    <w:p>
      <w:r>
        <w:t>8. 서식 자동 작성</w:t>
      </w:r>
    </w:p>
    <w:p>
      <w:r>
        <w:t>9. 우리 학교 서식 채우기</w:t>
      </w:r>
    </w:p>
    <w:p>
      <w:r>
        <w:t>10. 지침·법령 자료실</w:t>
      </w:r>
    </w:p>
    <w:p>
      <w:r>
        <w:t>11. 연간 업무 달력</w:t>
      </w:r>
    </w:p>
    <w:p>
      <w:r>
        <w:t>12. 무엇이든 찾기</w:t>
      </w:r>
    </w:p>
    <w:p>
      <w:r>
        <w:t>13. 설정·백업·새 학년도</w:t>
      </w:r>
    </w:p>
    <w:p>
      <w:r>
        <w:t>14. 자주 묻는 질문</w:t>
      </w:r>
    </w:p>
    <w:p>
      <w:r>
        <w:br w:type="page"/>
      </w:r>
    </w:p>
    <w:p>
      <w:pPr>
        <w:pStyle w:val="Heading1"/>
      </w:pPr>
      <w:r>
        <w:t>1. 한결은 어떤 앱인가요</w:t>
      </w:r>
    </w:p>
    <w:p>
      <w:r>
        <w:t>한결은 학교 업무를 돕는 Windows·Mac 앱이에요. 맡은 업무를 고르면 이번 달에 할 일, 처리 절차, 미리 채워진 서식, 근거 법령 조문을 한 화면에 이어 줘요.</w:t>
      </w:r>
    </w:p>
    <w:p>
      <w:pPr>
        <w:pStyle w:val="ListBullet"/>
      </w:pPr>
      <w:r>
        <w:t>업무 143개를 부서와 담당 자리별로 정리했어요.</w:t>
      </w:r>
    </w:p>
    <w:p>
      <w:pPr>
        <w:pStyle w:val="ListBullet"/>
      </w:pPr>
      <w:r>
        <w:t>법령 71개의 조문 2,485개, 공식 지침·매뉴얼 103건을 업무에 연결했어요.</w:t>
      </w:r>
    </w:p>
    <w:p>
      <w:pPr>
        <w:pStyle w:val="ListBullet"/>
      </w:pPr>
      <w:r>
        <w:t>기안문·계획서·가정통신문·회의록 등 서식 12종을 자동으로 채워요.</w:t>
      </w:r>
    </w:p>
    <w:p>
      <w:pPr>
        <w:pStyle w:val="ListBullet"/>
      </w:pPr>
      <w:r>
        <w:t>학교에서 쓰는 한글(HWPX)·Word 서식도 빈칸을 찾아 채워 줘요.</w:t>
      </w:r>
    </w:p>
    <w:p>
      <w:r>
        <w:rPr>
          <w:color w:val="24467A"/>
        </w:rPr>
        <w:t>도움말  인터넷 없이 돌아가요. 입력한 정보는 이 컴퓨터에만 저장되고 어디로도 보내지 않아요.</w:t>
      </w:r>
    </w:p>
    <w:p>
      <w:r>
        <w:br w:type="page"/>
      </w:r>
    </w:p>
    <w:p>
      <w:pPr>
        <w:pStyle w:val="Heading1"/>
      </w:pPr>
      <w:r>
        <w:t>2. 설치하기</w:t>
      </w:r>
    </w:p>
    <w:p>
      <w:r>
        <w:t>홈페이지의 내려받기 단추를 누르면 내 컴퓨터에 맞는 설치 파일을 받아요.</w:t>
      </w:r>
    </w:p>
    <w:p>
      <w:pPr>
        <w:pStyle w:val="ListNumber"/>
      </w:pPr>
      <w:r>
        <w:t>Windows: 받은 Hangyeol_x64-setup.exe를 실행해요. 관리자 권한 없이 내 계정에 설치돼요.</w:t>
      </w:r>
    </w:p>
    <w:p>
      <w:pPr>
        <w:pStyle w:val="ListNumber"/>
      </w:pPr>
      <w:r>
        <w:t>'Windows의 PC 보호' 파란 창이 뜨면 '추가 정보'를 누르고 '실행'을 눌러요. 유료 코드 서명을 하지 않아 생기는 안내예요.</w:t>
      </w:r>
    </w:p>
    <w:p>
      <w:pPr>
        <w:pStyle w:val="ListNumber"/>
      </w:pPr>
      <w:r>
        <w:t>Mac: 받은 .dmg를 열고 한결을 '응용 프로그램' 폴더로 끌어 넣어요.</w:t>
      </w:r>
    </w:p>
    <w:p>
      <w:pPr>
        <w:pStyle w:val="ListNumber"/>
      </w:pPr>
      <w:r>
        <w:t>'확인되지 않은 개발자' 경고가 뜨면 시스템 설정 → 개인정보 보호 및 보안에서 '그래도 열기'를 눌러요.</w:t>
      </w:r>
    </w:p>
    <w:p>
      <w:r>
        <w:br w:type="page"/>
      </w:r>
    </w:p>
    <w:p>
      <w:pPr>
        <w:pStyle w:val="Heading1"/>
      </w:pPr>
      <w:r>
        <w:t>3. 처음 켜기: 학교 설정</w:t>
      </w:r>
    </w:p>
    <w:p>
      <w:r>
        <w:t>처음 켜면 학교 정보부터 물어봐요. 여기 적은 내용은 모든 서식에 자동으로 들어가요.</w:t>
      </w:r>
    </w:p>
    <w:p>
      <w:pPr>
        <w:pStyle w:val="ListNumber"/>
      </w:pPr>
      <w:r>
        <w:t>학교 이름을 적어요. 예: 한빛중학교</w:t>
      </w:r>
    </w:p>
    <w:p>
      <w:pPr>
        <w:pStyle w:val="ListNumber"/>
      </w:pPr>
      <w:r>
        <w:t>학교급(초·중·고)과 시도교육청을 골라요. 고른 지역의 지침이 먼저 보여요.</w:t>
      </w:r>
    </w:p>
    <w:p>
      <w:pPr>
        <w:pStyle w:val="ListNumber"/>
      </w:pPr>
      <w:r>
        <w:t>내 이름과 담임 반을 적어요. 담임이 아니면 비워 두면 돼요.</w:t>
      </w:r>
    </w:p>
    <w:p>
      <w:pPr>
        <w:pStyle w:val="ListNumber"/>
      </w:pPr>
      <w:r>
        <w:t>'시작하기'를 눌러요.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903999" cy="3733411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setup.jp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903999" cy="3733411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jc w:val="center"/>
      </w:pPr>
      <w:r>
        <w:rPr>
          <w:color w:val="5A6578"/>
          <w:sz w:val="18"/>
        </w:rPr>
        <w:t>처음 켜면 나오는 학교 설정 화면</w:t>
      </w:r>
    </w:p>
    <w:p>
      <w:r>
        <w:rPr>
          <w:color w:val="24467A"/>
        </w:rPr>
        <w:t>도움말  적은 내용은 나중에 '설정'에서 언제든 바꿀 수 있어요.</w:t>
      </w:r>
    </w:p>
    <w:p>
      <w:r>
        <w:br w:type="page"/>
      </w:r>
    </w:p>
    <w:p>
      <w:pPr>
        <w:pStyle w:val="Heading1"/>
      </w:pPr>
      <w:r>
        <w:t>4. 내 업무 담기</w:t>
      </w:r>
    </w:p>
    <w:p>
      <w:r>
        <w:t>다음 화면에서 내가 맡은 자리(부서와 담당)를 고르면 그 자리의 업무가 한꺼번에 '내 업무'로 담겨요.</w:t>
      </w:r>
    </w:p>
    <w:p>
      <w:pPr>
        <w:pStyle w:val="ListNumber"/>
      </w:pPr>
      <w:r>
        <w:t>'부서와 담당' 목록에서 내 자리를 골라요. 예: 미래교육연구부 · 평가</w:t>
      </w:r>
    </w:p>
    <w:p>
      <w:pPr>
        <w:pStyle w:val="ListNumber"/>
      </w:pPr>
      <w:r>
        <w:t>'이 자리 업무 모두 담기'를 눌러요.</w:t>
      </w:r>
    </w:p>
    <w:p>
      <w:pPr>
        <w:pStyle w:val="ListNumber"/>
      </w:pPr>
      <w:r>
        <w:t>여러 자리를 맡았다면 한 번 더 고르면 돼요.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903999" cy="3733411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pick.jp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903999" cy="3733411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jc w:val="center"/>
      </w:pPr>
      <w:r>
        <w:rPr>
          <w:color w:val="5A6578"/>
          <w:sz w:val="18"/>
        </w:rPr>
        <w:t>맡은 자리를 고르는 첫 화면</w:t>
      </w:r>
    </w:p>
    <w:p>
      <w:r>
        <w:rPr>
          <w:color w:val="24467A"/>
        </w:rPr>
        <w:t>도움말  업무를 하나씩 담고 싶으면 '업무분장' 메뉴에서 업무 옆의 '+ 내 업무'를 누르세요.</w:t>
      </w:r>
    </w:p>
    <w:p>
      <w:r>
        <w:br w:type="page"/>
      </w:r>
    </w:p>
    <w:p>
      <w:pPr>
        <w:pStyle w:val="Heading1"/>
      </w:pPr>
      <w:r>
        <w:t>5. 오늘 화면</w:t>
      </w:r>
    </w:p>
    <w:p>
      <w:r>
        <w:t>'오늘'은 앱을 켜면 처음 보이는 화면이에요. 칠판에 이번 달에 걸린 업무의 다음 할 단계가 적혀 있어요.</w:t>
      </w:r>
    </w:p>
    <w:p>
      <w:pPr>
        <w:pStyle w:val="ListBullet"/>
      </w:pPr>
      <w:r>
        <w:t>칠판 왼쪽: 오늘 날짜, 학년도 몇 주째인지, 이번 달 업무 수</w:t>
      </w:r>
    </w:p>
    <w:p>
      <w:pPr>
        <w:pStyle w:val="ListBullet"/>
      </w:pPr>
      <w:r>
        <w:t>칠판 오른쪽: 다음에 할 단계 다섯 가지. 누르면 그 업무로 가요.</w:t>
      </w:r>
    </w:p>
    <w:p>
      <w:pPr>
        <w:pStyle w:val="ListBullet"/>
      </w:pPr>
      <w:r>
        <w:t>아래: 이번 달 업무 목록과 진행 막대, 다음 달 미리 준비할 업무, 바로 쓰는 서식</w:t>
      </w:r>
    </w:p>
    <w:p>
      <w:pPr>
        <w:pStyle w:val="ListBullet"/>
      </w:pPr>
      <w:r>
        <w:t>달 단추(3월~2월)를 누르면 다른 달 업무를 미리 볼 수 있어요.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903999" cy="3733411"/>
            <wp:docPr id="3" name="Picture 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today.jp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903999" cy="3733411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jc w:val="center"/>
      </w:pPr>
      <w:r>
        <w:rPr>
          <w:color w:val="5A6578"/>
          <w:sz w:val="18"/>
        </w:rPr>
        <w:t>오늘 화면: 칠판에 다음 할 일이 적혀 있다</w:t>
      </w:r>
    </w:p>
    <w:p>
      <w:r>
        <w:br w:type="page"/>
      </w:r>
    </w:p>
    <w:p>
      <w:pPr>
        <w:pStyle w:val="Heading1"/>
      </w:pPr>
      <w:r>
        <w:t>6. 업무분장 둘러보기</w:t>
      </w:r>
    </w:p>
    <w:p>
      <w:r>
        <w:t>'업무분장' 메뉴에서 모든 업무를 부서와 담당 자리별로 볼 수 있어요.</w:t>
      </w:r>
    </w:p>
    <w:p>
      <w:pPr>
        <w:pStyle w:val="ListNumber"/>
      </w:pPr>
      <w:r>
        <w:t>위쪽 부서 단추로 한 부서만 볼 수 있어요.</w:t>
      </w:r>
    </w:p>
    <w:p>
      <w:pPr>
        <w:pStyle w:val="ListNumber"/>
      </w:pPr>
      <w:r>
        <w:t>'업무 이름으로 찾기' 칸에 낱말을 적으면 바로 걸러져요.</w:t>
      </w:r>
    </w:p>
    <w:p>
      <w:pPr>
        <w:pStyle w:val="ListNumber"/>
      </w:pPr>
      <w:r>
        <w:t>'내 업무만'을 누르면 담은 업무만 보여요.</w:t>
      </w:r>
    </w:p>
    <w:p>
      <w:pPr>
        <w:pStyle w:val="ListNumber"/>
      </w:pPr>
      <w:r>
        <w:t>업무 이름을 누르면 상세 화면이 열려요.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903999" cy="3733411"/>
            <wp:docPr id="4" name="Picture 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org.jp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903999" cy="3733411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jc w:val="center"/>
      </w:pPr>
      <w:r>
        <w:rPr>
          <w:color w:val="5A6578"/>
          <w:sz w:val="18"/>
        </w:rPr>
        <w:t>업무분장 화면</w:t>
      </w:r>
    </w:p>
    <w:p>
      <w:r>
        <w:br w:type="page"/>
      </w:r>
    </w:p>
    <w:p>
      <w:pPr>
        <w:pStyle w:val="Heading1"/>
      </w:pPr>
      <w:r>
        <w:t>7. 업무 상세와 완료 도장</w:t>
      </w:r>
    </w:p>
    <w:p>
      <w:r>
        <w:t>업무를 열면 진행 단계가 결재판처럼 칸으로 나뉘어 있어요. 끝낸 칸을 누르면 날짜와 함께 '완료' 도장이 찍히고, 다음 할 칸이 표시돼요.</w:t>
      </w:r>
    </w:p>
    <w:p>
      <w:pPr>
        <w:pStyle w:val="ListNumber"/>
      </w:pPr>
      <w:r>
        <w:t>끝낸 단계 칸을 눌러 도장을 찍어요. 다시 누르면 지워져요.</w:t>
      </w:r>
    </w:p>
    <w:p>
      <w:pPr>
        <w:pStyle w:val="ListNumber"/>
      </w:pPr>
      <w:r>
        <w:t>'이 업무에 필요한 서식'에서 서식을 누르면 업무 내용이 채워진 채로 열려요.</w:t>
      </w:r>
    </w:p>
    <w:p>
      <w:pPr>
        <w:pStyle w:val="ListNumber"/>
      </w:pPr>
      <w:r>
        <w:t>'근거 법령·지침'에서 지침을 누르면 원문이 열려요. 다른 지역 자료는 '다른 지역 참고'로 접혀 있어요.</w:t>
      </w:r>
    </w:p>
    <w:p>
      <w:pPr>
        <w:pStyle w:val="ListNumber"/>
      </w:pPr>
      <w:r>
        <w:t>'요약 복사'를 누르면 진행 상황을 메신저에 붙여 넣을 수 있게 복사해요.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903999" cy="3733411"/>
            <wp:docPr id="5" name="Picture 5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duty.jpg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903999" cy="3733411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jc w:val="center"/>
      </w:pPr>
      <w:r>
        <w:rPr>
          <w:color w:val="5A6578"/>
          <w:sz w:val="18"/>
        </w:rPr>
        <w:t>업무 상세: 단계 칸, 서식, 근거 조문</w:t>
      </w:r>
    </w:p>
    <w:p>
      <w:r>
        <w:rPr>
          <w:color w:val="24467A"/>
        </w:rPr>
        <w:t>도움말  절차와 시기는 일반적인 참고 초안이에요. 학교 규정과 올해 공문이 우선이에요.</w:t>
      </w:r>
    </w:p>
    <w:p>
      <w:r>
        <w:br w:type="page"/>
      </w:r>
    </w:p>
    <w:p>
      <w:pPr>
        <w:pStyle w:val="Heading1"/>
      </w:pPr>
      <w:r>
        <w:t>8. 서식 자동 작성</w:t>
      </w:r>
    </w:p>
    <w:p>
      <w:r>
        <w:t>'서식 자동 작성'에서 서식을 고르고 업무를 정하면 학교 정보, 내 정보, 업무 절차와 근거가 미리 채워져요.</w:t>
      </w:r>
    </w:p>
    <w:p>
      <w:pPr>
        <w:pStyle w:val="ListNumber"/>
      </w:pPr>
      <w:r>
        <w:t>서식을 골라요. 예: 위원회 회의록</w:t>
      </w:r>
    </w:p>
    <w:p>
      <w:pPr>
        <w:pStyle w:val="ListNumber"/>
      </w:pPr>
      <w:r>
        <w:t>왼쪽 칸에서 내용을 고치면 오른쪽 문서가 바로 바뀌어요.</w:t>
      </w:r>
    </w:p>
    <w:p>
      <w:pPr>
        <w:pStyle w:val="ListNumber"/>
      </w:pPr>
      <w:r>
        <w:t>'인쇄 · PDF 저장', '한글에 붙여넣기용 복사', 'Word로 받기' 중에서 골라요.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903999" cy="3733411"/>
            <wp:docPr id="6" name="Picture 6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form.jpg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903999" cy="3733411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jc w:val="center"/>
      </w:pPr>
      <w:r>
        <w:rPr>
          <w:color w:val="5A6578"/>
          <w:sz w:val="18"/>
        </w:rPr>
        <w:t>위원회 회의록: 성원과 가결을 자동 계산</w:t>
      </w:r>
    </w:p>
    <w:p>
      <w:pPr>
        <w:pStyle w:val="ListBullet"/>
      </w:pPr>
      <w:r>
        <w:t>회의록은 출석 인원으로 성원과 가결 여부를 계산해요.</w:t>
      </w:r>
    </w:p>
    <w:p>
      <w:pPr>
        <w:pStyle w:val="ListBullet"/>
      </w:pPr>
      <w:r>
        <w:t>품의 산출은 합계와 '금 삼십일만팔백원정' 같은 한글 금액을 적어 줘요.</w:t>
      </w:r>
    </w:p>
    <w:p>
      <w:r>
        <w:br w:type="page"/>
      </w:r>
    </w:p>
    <w:p>
      <w:pPr>
        <w:pStyle w:val="Heading1"/>
      </w:pPr>
      <w:r>
        <w:t>9. 우리 학교 서식 채우기</w:t>
      </w:r>
    </w:p>
    <w:p>
      <w:r>
        <w:t>학교에서 쓰는 한글(HWPX)이나 Word(DOCX) 서식의 빈칸에 {{학교명}}처럼 칸 이름을 적어 두고 올리면, 그 칸을 찾아 채운 파일을 만들어 줘요.</w:t>
      </w:r>
    </w:p>
    <w:p>
      <w:pPr>
        <w:pStyle w:val="ListNumber"/>
      </w:pPr>
      <w:r>
        <w:t>서식 파일의 빈칸에 {{학교명}}, {{업무명}}, {{작성일}}처럼 적어요.</w:t>
      </w:r>
    </w:p>
    <w:p>
      <w:pPr>
        <w:pStyle w:val="ListNumber"/>
      </w:pPr>
      <w:r>
        <w:t>'서식 자동 작성' 아래 '우리 학교 서식 넣기'에 파일을 끌어다 놓아요.</w:t>
      </w:r>
    </w:p>
    <w:p>
      <w:pPr>
        <w:pStyle w:val="ListNumber"/>
      </w:pPr>
      <w:r>
        <w:t>처음 보는 칸은 한 번만 입력하면 다음부터 기억해요.</w:t>
      </w:r>
    </w:p>
    <w:p>
      <w:pPr>
        <w:pStyle w:val="ListNumber"/>
      </w:pPr>
      <w:r>
        <w:t>'채운 파일 받기'를 눌러요.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903999" cy="3733411"/>
            <wp:docPr id="7" name="Picture 7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tpl.jpg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5903999" cy="3733411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jc w:val="center"/>
      </w:pPr>
      <w:r>
        <w:rPr>
          <w:color w:val="5A6578"/>
          <w:sz w:val="18"/>
        </w:rPr>
        <w:t>우리 학교 서식 넣기</w:t>
      </w:r>
    </w:p>
    <w:p>
      <w:r>
        <w:rPr>
          <w:color w:val="24467A"/>
        </w:rPr>
        <w:t>도움말  HWP(옛 한글 형식)는 한글에서 '다른 이름으로 저장 → HWPX'로 바꿔서 올려 주세요.</w:t>
      </w:r>
    </w:p>
    <w:p>
      <w:r>
        <w:br w:type="page"/>
      </w:r>
    </w:p>
    <w:p>
      <w:pPr>
        <w:pStyle w:val="Heading1"/>
      </w:pPr>
      <w:r>
        <w:t>10. 지침·법령 자료실</w:t>
      </w:r>
    </w:p>
    <w:p>
      <w:r>
        <w:t>공식 지침·계획·매뉴얼과 법령 조문을 모아 둔 곳이에요.</w:t>
      </w:r>
    </w:p>
    <w:p>
      <w:pPr>
        <w:pStyle w:val="ListNumber"/>
      </w:pPr>
      <w:r>
        <w:t>위쪽 단추로 내 지역 자료, 교육부·전국, 법령, 다른 지역, 조문을 골라 봐요.</w:t>
      </w:r>
    </w:p>
    <w:p>
      <w:pPr>
        <w:pStyle w:val="ListNumber"/>
      </w:pPr>
      <w:r>
        <w:t>찾기 칸에 '운영위원회'처럼 적으면 관련 조문이 바로 나와요.</w:t>
      </w:r>
    </w:p>
    <w:p>
      <w:pPr>
        <w:pStyle w:val="ListNumber"/>
      </w:pPr>
      <w:r>
        <w:t>조문을 누르면 국가법령정보센터 원문이 열려요.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903999" cy="3733411"/>
            <wp:docPr id="8" name="Picture 8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src.jpg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5903999" cy="3733411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jc w:val="center"/>
      </w:pPr>
      <w:r>
        <w:rPr>
          <w:color w:val="5A6578"/>
          <w:sz w:val="18"/>
        </w:rPr>
        <w:t>조문 찾기</w:t>
      </w:r>
    </w:p>
    <w:p>
      <w:r>
        <w:br w:type="page"/>
      </w:r>
    </w:p>
    <w:p>
      <w:pPr>
        <w:pStyle w:val="Heading1"/>
      </w:pPr>
      <w:r>
        <w:t>11. 연간 업무 달력</w:t>
      </w:r>
    </w:p>
    <w:p>
      <w:r>
        <w:t>3월부터 2월까지 업무가 몰리는 달을 부서 색으로 보여 줘요. 내 업무만, 또는 학교 전체로 볼 수 있어요.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903999" cy="3733411"/>
            <wp:docPr id="9" name="Picture 9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cal.jpg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5903999" cy="3733411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jc w:val="center"/>
      </w:pPr>
      <w:r>
        <w:rPr>
          <w:color w:val="5A6578"/>
          <w:sz w:val="18"/>
        </w:rPr>
        <w:t>연간 업무 달력</w:t>
      </w:r>
    </w:p>
    <w:p>
      <w:r>
        <w:rPr>
          <w:color w:val="24467A"/>
        </w:rPr>
        <w:t>도움말  '인쇄'를 누르면 한 장으로 인쇄돼요. 교무수첩에 붙여 두기 좋아요.</w:t>
      </w:r>
    </w:p>
    <w:p>
      <w:r>
        <w:br w:type="page"/>
      </w:r>
    </w:p>
    <w:p>
      <w:pPr>
        <w:pStyle w:val="Heading1"/>
      </w:pPr>
      <w:r>
        <w:t>12. 무엇이든 찾기</w:t>
      </w:r>
    </w:p>
    <w:p>
      <w:r>
        <w:t>화면 위쪽 찾기 칸에 '체험학습 어떻게 해?'처럼 물어보면 업무, 서식, 지침, 법령 조문을 한꺼번에 찾아 줘요. 키보드에서 / 키를 누르면 바로 찾기 칸으로 가요.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903999" cy="3733411"/>
            <wp:docPr id="10" name="Picture 10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search.jpg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5903999" cy="3733411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jc w:val="center"/>
      </w:pPr>
      <w:r>
        <w:rPr>
          <w:color w:val="5A6578"/>
          <w:sz w:val="18"/>
        </w:rPr>
        <w:t>찾기 칸에서 업무·서식·조문을 한꺼번에</w:t>
      </w:r>
    </w:p>
    <w:p>
      <w:r>
        <w:br w:type="page"/>
      </w:r>
    </w:p>
    <w:p>
      <w:pPr>
        <w:pStyle w:val="Heading1"/>
      </w:pPr>
      <w:r>
        <w:t>13. 설정·백업·새 학년도</w:t>
      </w:r>
    </w:p>
    <w:p>
      <w:r>
        <w:t>'설정'에서 학교 정보와 내 정보를 바꾸고, 자료를 백업할 수 있어요.</w:t>
      </w:r>
    </w:p>
    <w:p>
      <w:pPr>
        <w:pStyle w:val="ListBullet"/>
      </w:pPr>
      <w:r>
        <w:t>백업 파일 받기: 내 업무, 진행 도장, 학교 정보, 올린 서식을 파일 하나로 저장해요. 다른 컴퓨터에서 '백업 불러오기'로 옮길 수 있어요.</w:t>
      </w:r>
    </w:p>
    <w:p>
      <w:pPr>
        <w:pStyle w:val="ListBullet"/>
      </w:pPr>
      <w:r>
        <w:t>새 학년도 시작: 진행 도장을 지난 학년도 보관함으로 옮기고 새로 시작해요. 내 업무와 학교 정보는 그대로예요. 실수를 막으려고 두 번 눌러야 넘어가요.</w:t>
      </w:r>
    </w:p>
    <w:p>
      <w:pPr>
        <w:pStyle w:val="ListBullet"/>
      </w:pPr>
      <w:r>
        <w:t>모두 지우기: 이 컴퓨터의 한결 자료를 모두 지워요. 역시 두 번 눌러야 해요.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903999" cy="3733411"/>
            <wp:docPr id="11" name="Picture 1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settings.jpg"/>
                    <pic:cNvPicPr/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5903999" cy="3733411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jc w:val="center"/>
      </w:pPr>
      <w:r>
        <w:rPr>
          <w:color w:val="5A6578"/>
          <w:sz w:val="18"/>
        </w:rPr>
        <w:t>설정 화면</w:t>
      </w:r>
    </w:p>
    <w:p>
      <w:r>
        <w:br w:type="page"/>
      </w:r>
    </w:p>
    <w:p>
      <w:pPr>
        <w:pStyle w:val="Heading1"/>
      </w:pPr>
      <w:r>
        <w:t>14. 자주 묻는 질문</w:t>
      </w:r>
    </w:p>
    <w:p>
      <w:pPr>
        <w:pStyle w:val="Heading2"/>
      </w:pPr>
      <w:r>
        <w:t>인터넷이 꼭 있어야 하나요?</w:t>
      </w:r>
    </w:p>
    <w:p>
      <w:r>
        <w:t>아니요. 조문이나 지침 원문을 열 때만 인터넷 브라우저가 열려요.</w:t>
      </w:r>
    </w:p>
    <w:p>
      <w:pPr>
        <w:pStyle w:val="Heading2"/>
      </w:pPr>
      <w:r>
        <w:t>입력한 정보는 어디에 저장되나요?</w:t>
      </w:r>
    </w:p>
    <w:p>
      <w:r>
        <w:t>이 컴퓨터 안에만 저장돼요. 백업 파일로 다른 컴퓨터에 옮길 수 있어요.</w:t>
      </w:r>
    </w:p>
    <w:p>
      <w:pPr>
        <w:pStyle w:val="Heading2"/>
      </w:pPr>
      <w:r>
        <w:t>우리 학교 업무분장에 맞출 수 있나요?</w:t>
      </w:r>
    </w:p>
    <w:p>
      <w:r>
        <w:t>업무분장에서 맡은 업무를 골라 담아 쓰면 돼요. 업무분장표 파일을 올려 그대로 맞추는 기능은 2.0에 들어가요.</w:t>
      </w:r>
    </w:p>
    <w:p>
      <w:pPr>
        <w:pStyle w:val="Heading2"/>
      </w:pPr>
      <w:r>
        <w:t>학교를 옮기면 어떻게 하나요?</w:t>
      </w:r>
    </w:p>
    <w:p>
      <w:r>
        <w:t>설정에서 학교 이름과 시도교육청을 바꾸면 돼요. 새 학년도 시작으로 진행 도장도 새로 시작할 수 있어요.</w:t>
      </w:r>
    </w:p>
    <w:sectPr w:rsidR="00FC693F" w:rsidRPr="0006063C" w:rsidSect="00034616">
      <w:pgSz w:w="11906" w:h="16838"/>
      <w:pgMar w:top="1134" w:right="1247" w:bottom="1134" w:left="124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36" w:lineRule="auto"/>
    </w:pPr>
    <w:rPr>
      <w:rFonts w:ascii="맑은 고딕" w:hAnsi="맑은 고딕" w:eastAsia="맑은 고딕"/>
      <w:b w:val="0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맑은 고딕" w:hAnsi="맑은 고딕" w:eastAsia="맑은 고딕"/>
      <w:b/>
      <w:bCs/>
      <w:color w:val="24467A"/>
      <w:sz w:val="3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맑은 고딕" w:hAnsi="맑은 고딕" w:eastAsia="맑은 고딕"/>
      <w:b/>
      <w:bCs/>
      <w:color w:val="4F81BD" w:themeColor="accent1"/>
      <w:sz w:val="24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맑은 고딕" w:hAnsi="맑은 고딕" w:eastAsia="맑은 고딕"/>
      <w:b/>
      <w:color w:val="24467A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jpg"/><Relationship Id="rId10" Type="http://schemas.openxmlformats.org/officeDocument/2006/relationships/image" Target="media/image2.jpg"/><Relationship Id="rId11" Type="http://schemas.openxmlformats.org/officeDocument/2006/relationships/image" Target="media/image3.jpg"/><Relationship Id="rId12" Type="http://schemas.openxmlformats.org/officeDocument/2006/relationships/image" Target="media/image4.jpg"/><Relationship Id="rId13" Type="http://schemas.openxmlformats.org/officeDocument/2006/relationships/image" Target="media/image5.jpg"/><Relationship Id="rId14" Type="http://schemas.openxmlformats.org/officeDocument/2006/relationships/image" Target="media/image6.jpg"/><Relationship Id="rId15" Type="http://schemas.openxmlformats.org/officeDocument/2006/relationships/image" Target="media/image7.jpg"/><Relationship Id="rId16" Type="http://schemas.openxmlformats.org/officeDocument/2006/relationships/image" Target="media/image8.jpg"/><Relationship Id="rId17" Type="http://schemas.openxmlformats.org/officeDocument/2006/relationships/image" Target="media/image9.jpg"/><Relationship Id="rId18" Type="http://schemas.openxmlformats.org/officeDocument/2006/relationships/image" Target="media/image10.jpg"/><Relationship Id="rId19" Type="http://schemas.openxmlformats.org/officeDocument/2006/relationships/image" Target="media/image1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